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ומשמעות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בכלכלה ובכסף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כלכליים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(כסף ששומרים)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רוצים לקנות)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(שטרות ומטבעות ביד)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(הכסף שמקבלים על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מרובה: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עליה מתמדת במחירים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אנשים רוצים לקנות 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מזומן הוא שטרות ומטבעות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חיסכון הוא כסף שנשמר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הבסיסית של שכר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שמזכירה החלטה כלכלית אחת ומסבירה את ההשפעה שלה על הכסף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הוא כסף שנשמר, מזומן הוא שטרות ומטבעות ביד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הרבה אנשים רוצים לקנות מוצר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המחירים עולים כל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בסבב קצר על המושגים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לתת דוגמה אישית מהחיים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לפני המעבר למטלות האישיות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ומשמעות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כלכליים חשובים כמו חיסכון, ביקוש, ריבית ואינפלציה, שמלווים אותנו בחיי היומיום ובניהול הכסף.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מזומן  ·  ביקוש  ·  חיסכון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התאמה: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שטרות ומטבעות ביד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הכסף שמקבלים על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כסף ששומרים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כמה רוצים לקנות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מרובה: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ירידה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עליה מתמדת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כסף ששומרים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ביקוש?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אנשים רוצים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כסף נוסף על הלוואה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מזומן הוא כסף שנמצא בחשבון הבנק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הוא כסף שמחליטים לא להוציא עכשיו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שכר הוא הכסף שמקבלים תמורת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כסף ששומרים לעתיד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כמה אנשים רוצים לקנות מוצר מסוים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שטרות ומטבעות ביד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החלטה כלכלית שקיבלתם לאחרונה (למשל קניה או חיסכון) והסבירו מה הייתה ההשפעה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חיסכון לבין 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למצב של ביקוש גבוה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מילה ומשמעות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