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מילה ומשמעות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בסיסיים בכלכלה ובכסף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מילה למשמעותה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במושגים כלכליים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התאמה: מילה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(כסף ששומרים)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(כמה רוצים לקנות)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(המחירים עולים כל הזמן)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(כסף נוסף על הכסף)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(שטרות ומטבעות ביד)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(הכסף שמקבלים על עבודה)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מרובה: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עליה מתמדת במחירים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כמה אנשים רוצים לקנות 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כסף נוסף שמקבלים או משלמים על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כסף ששומרים לעתיד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שטרות ומטבעות ביד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בחירה מה לעשות עם הכסף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מזומן הוא שטרות ומטבעות ביד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אינפלציה היא עליה במחירים, לא ירידה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חיסכון הוא כסף שנשמר לעתיד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ההגדרה הבסיסית של שכר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ביקוש גבוה פירושו שהרבה רוצים לקנות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ביקוש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אינפלציה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מזומן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שמזכירה החלטה כלכלית אחת ומסבירה את ההשפעה שלה על הכסף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הקושרת בין מצב כספי לתחושת שקט או שמחה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חיסכון הוא כסף שנשמר, מזומן הוא שטרות ומטבעות ביד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הרבה אנשים רוצים לקנות מוצר מסוים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המחירים עולים כל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בסבב קצר על המושגים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לתת דוגמה אישית מהחיים לכל 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לפני המעבר למטלות האישיות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מילה ומשמעות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מושגים כלכליים חשובים כמו חיסכון, ביקוש, ריבית ואינפלציה, שמלווים אותנו בחיי היומיום ובניהול הכסף.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התאמה: מילה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כסף נוסף על הכסף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ביקוש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הכסף שמקבלים על 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אינפלציה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שטרות ומטבעות ביד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כמה רוצים לקנות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מזומן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המחירים עולים כל הזמן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כסף ששומרים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מרובה: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אינפלציה?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ירידה במחירים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עליה מתמדת במחירים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כסף ששומרים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כמות הכסף ביד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ביקוש?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אנשים רוצים לקנות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כסף יש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כסף נוסף על הלוואה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הכסף שמקבלים על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ריבית?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כסף ששומרים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שטרות ומטבעות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כסף נוסף שמקבלים או משלמים על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מחיר של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חיסכון?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כסף שמוציאים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כסף ששומרים לעתיד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כסף שמקבלים על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כסף שמלווים לבנק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מזומן?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כסף בחשבון בנק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שטרות ומטבעות ביד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כסף נוסף על הלוואה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מחיר של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החלטה כלכלית?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תחושת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בחירה מה לעשות עם הכסף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כסף שמקבלים על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עליה במחירים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מזומן הוא כסף שנמצא בחשבון הבנק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היא כסף נוסף שמקבלים או משלמים על כסף שהופקד או הולווה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אינפלציה פירושה שהמחירים יורדים כל 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הוא כסף שמחליטים לא להוציא עכשיו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שכר הוא הכסף שמקבלים תמורת עבודה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ביקוש גבוה פירושו שאף אחד לא רוצה לקנות את המוצר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כסף ששומרים לעתיד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כמה אנשים רוצים לקנות מוצר מסוים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מצב שבו המחירים עולים כל הזמן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כסף נוסף שמקבלים על הפקדה בבנק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שטרות ומטבעות ביד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הכסף שמקבלים תמורת עבודה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החלטה כלכלית שקיבלתם לאחרונה (למשל קניה או חיסכון) והסבירו מה הייתה ההשפעה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מה יכול לגרום לכם אושר כלכלי, לדעתכם,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חיסכון לבין מזומן?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למצב של ביקוש גבוה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למחירים כשיש אינפלציה?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מילה ומשמעות בחינוך פיננסי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